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СОГЛАСИЕ РОДИТЕЛЯ ИЛИ ЗАКОННОГО ПРЕДСТАВИТЕЛЯ</w:t>
      </w:r>
    </w:p>
    <w:p>
      <w:pPr>
        <w:spacing w:after="60"/>
        <w:jc w:val="center"/>
      </w:pPr>
      <w:r>
        <w:rPr>
          <w:rFonts w:ascii="Times New Roman" w:hAnsi="Times New Roman" w:eastAsia="Times New Roman"/>
          <w:b/>
          <w:i w:val="0"/>
          <w:color w:val="14213D"/>
          <w:sz w:val="27"/>
        </w:rPr>
        <w:t>РОЗИГИИ ВОЛИДАЙН Ё НАМОЯНДАИ ҚОНУНӢ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СВЕДЕНИЯ О СТОРОНАХ</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МАЪЛУМОТ ДАР БОРАИ ТАРАФҲО</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Ф.И.О. представителя: ______________________</w:t>
              <w:br/>
              <w:t>Дата рождения: _____________________________</w:t>
              <w:br/>
              <w:t>Телефон/e-mail: ____________________________</w:t>
              <w:br/>
              <w:t>Основание полномочий: ______________________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Ному насаби намоянда: ______________________</w:t>
              <w:br/>
              <w:t>Санаи таваллуд: ____________________________</w:t>
              <w:br/>
              <w:t>Телефон/почта: _____________________________</w:t>
              <w:br/>
              <w:t>Асоси ваколат: _____________________________</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Ф.И.О. несовершеннолетнего: ________________</w:t>
              <w:br/>
              <w:t>Дата рождения: _____________________________</w:t>
              <w:br/>
              <w:t>Телефон/e-mail при наличии: _________________</w:t>
              <w:br/>
              <w:t>Идентификатор аккаунта: ____________________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Ному насаби ноболиғ: _______________________</w:t>
              <w:br/>
              <w:t>Санаи таваллуд: ____________________________</w:t>
              <w:br/>
              <w:t>Телефон/почта, агар бошад: _________________</w:t>
              <w:br/>
              <w:t>Шиносаи аккаунт: __________________________</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СОГЛАСИЕ НА ИСПОЛЬЗОВАНИЕ ПЛАТФОРМЫ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РОЗИГӢ БА ИСТИФОДАИ ПЛАТФОРМА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Я подтверждаю полномочия представлять несовершеннолетнего и разрешаю ему участвовать в пилотном тестировании и использовать доступные образовательные функции IMKONIYAT.</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Ман ваколати намояндагии ноболиғро тасдиқ карда, ба ӯ иҷозат медиҳам дар озмоиши пилотӣ иштирок намояд ва вазифаҳои дастраси таълимии IMKONIYAT-ро истифода барад.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Я ознакомился с Пользовательским соглашением, условиями конкретного Курса, правилами контента, Политикой конфиденциальности и Политикой оплаты и возврата.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Ман бо Созишномаи корбарӣ, шартҳои Курси мушаххас, қоидаҳои муҳтаво, Сиёсати махфият ва Сиёсати пардохт ва баргардонидани маблағ шинос шудам.</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Я разрешаю создание аккаунта ребёнка, прохождение уроков и тестов, получение оценки 0–5, выполнение заданий и сохранение прогресса.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Ман барои сохтани аккаунти кӯдак, гузаштани дарсҳо ва тестҳо, гирифтани баҳои 0–5, иҷрои супоришҳо ва нигоҳдории пешрафт иҷозат медиҳам.</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ПЕРСОНАЛЬНЫЕ ДАННЫЕ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МАЪЛУМОТИ ШАХСӢ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Я даю согласие на обработку необходимых данных ребёнка и моих данных как представителя для регистрации, обучения, безопасности, поддержки, оплаты и родительской связи.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Ман ба коркарди маълумоти зарурии кӯдак ва маълумоти худ ҳамчун намоянда барои бақайдгирӣ, таҳсил, амният, дастгирӣ, пардохт ва робитаи волидайн розигӣ медиҳам.</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Мне доступна информация о курсах, активности, прогрессе, тестах, оценках, оплате и существенных нарушениях в пределах родительских функций.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Дар доираи вазифаҳои волидайн ба ман маълумот дар бораи курсҳо, фаъолият, пешрафт, тестҳо, баҳоҳо, пардохт ва вайронкуниҳои муҳим дастрас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Отдельное согласие требуется для публичной публикации изображения или голоса ребёнка и для необязательных маркетинговых целей.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Барои нашри оммавии тасвир ё овози кӯдак ва мақсадҳои маркетингии ғайриҳатмӣ розигии алоҳида талаб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ОПЛАТА И БЕЗОПАСНОСТЬ</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ПАРДОХТ ВА АМНИЯТ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Платный продукт может быть приобретён только после публикации ответственного исполнителя, цены, срока, состава и условий возврата. До этого оплата через пилотный сайт не проводится.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Маҳсулоти пулакӣ танҳо пас аз нашри иҷрокунандаи масъул, нарх, муҳлат, таркиб ва шартҳои баргардонидани маблағ харида мешавад. То он вақт пардохт тавассути сомонаи озмоишӣ анҷом дода намешавад.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Я обязуюсь контролировать безопасность аккаунта, не передавать коды и сообщать о взломе, травле, угрозах или незаконном распространении данных.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Ман уҳдадор мешавам амнияти аккаунтро назорат кунам, рамзҳоро надиҳам ва дар бораи рахна, озордиҳӣ, таҳдид ё паҳнкунии ғайриқонунии маълумот хабар диҳам.</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СРОК И ОТЗЫВ</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МУҲЛАТ ВА БОЗПАСГИРӢ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Согласие действует до совершеннолетия ребёнка, удаления аккаунта или моего отзыва, если закон или обязательное хранение не требуют иного.</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Розигӣ то болиғ шудани кӯдак, нест кардани аккаунт ё бозпас гирифтани он аз ҷониби ман амал мекунад, агар қонун ё нигоҳдории ҳатмӣ тартиби дигарро талаб накунад.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После достижения 18 лет родительский доступ прекращается, кроме случаев нового согласия совершеннолетнего Пользователя или требования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Пас аз расидан ба синни 18 дастрасии волидайн қатъ мешавад, ба истиснои розигии нави Корбари болиғ ё талаботи қонун.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Отзыв направляется через https://imkoniyat.org и не отменяет законность действий, выполненных до его получения.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Бозпасгирӣ тавассути https://imkoniyat.org фиристода мешавад ва қонунияти амалҳои то гирифтани он иҷрошударо бекор намекунад.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ПОДТВЕРЖДЕНИЕ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ТАСДИҚ</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Дата: ___________________</w:t>
              <w:br/>
              <w:t>Подпись представителя: _______________________</w:t>
              <w:br/>
              <w:t>Подпись несовершеннолетнего с 14 лет: _________</w:t>
              <w:br/>
              <w:t>Идентификатор электронного согласия: __________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Сана: ___________________</w:t>
              <w:br/>
              <w:t>Имзои намоянда: ______________________________</w:t>
              <w:br/>
              <w:t>Имзои ноболиғ аз 14-сола: ____________________</w:t>
              <w:br/>
              <w:t>Шиносаи розигии электронӣ: __________________</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СОГЛАСИЕ РОДИТЕЛЯ ИЛИ ЗАКОННОГО ПРЕДСТАВИТЕЛЯ / РОЗИГИИ ВОЛИДАЙН Ё НАМОЯНДАИ ҚОНУНӢ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